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חכם – אסטרטגיות קריאה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אסטרטגיות קריאה חכמה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ולהשתמש בכלי מש״ה לפענוח מילים קשות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מיפוי טקסט לפי תעודת זהות ולפי שלבי לפני-תוך-אחרי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מילות קישור ולזהות רעיון מרכזי ואופן פירוק 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הקשר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לפני הקריאה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מי כתב את הטקסט, למי ומתי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הרעיון הכללי שכל הפרטים נמצאים מתחתיו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מסמנים את מילות השאלה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אלו שלושת הכלים לפענוח מילה קשה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זה קורה בשלב אחרי הקריאה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היא מצביעה על סתירה בין רעיונות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אלה חמשת הפרטים בכרזה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תעודת זהות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תוך כדי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בלי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קטגוריה למילת הקישור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(בנוסף)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(אבל)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(כי)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(לכן)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(למשל)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פירוק השאלה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את השאלה או ההוראה כולה, לאט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בודקים מה השאלה כבר מספרת 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מקיפים מילות שאלה והוראה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מתכננים איזה סוג תשובה נדרש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כותבים תשובה ובודקים שהיא עונה על כל מה שסומן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תיאור מילה קשה והסבר קצר איזה כלי (מילון/שורש/הקשר) עזר ולמה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מילון, שורש, 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כותרת, במה, מוען, נמען, תאריך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אבל / אולם / לעומת זאת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את הכרזות הרלוונטיות תוך כדי פתרון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לסיים בדיון קצר על שימוש באסטרטגיות בטקסט אמיתי מהשיעור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חכם – אסטרטגיות קריאה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אסטרטגיות קריאה חכמה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את האסטרטגיות שמופיעות בכרזות הכיתה: מש״ה, תעודת זהות של טקסט, שלבי הקריאה, מילות קישור, רעיון מרכזי ופירוק שאלה.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המשמעות של האות ה' בראשי התיבות מש״ה?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מילון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הקשר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באיזה שלב שואלים 'מה אני כבר יודע/ת על הנושא?'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לפני הקריאה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תוך כדי הקריאה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אחרי הקריאה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בשום שלב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מילת קישור מתאימה לציון תוצאה?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למשל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בנוסף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בודקים בשלב 'תעודת זהות' של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את מספר המילים בטקסט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 כתב את הטקסט, למי ומתי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איזה צבע יש לכריכה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כמה פסקאות יש בטקסט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מהו הרעיון המרכזי של 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פרט קטן בסוף 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המשפט הראשון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הרעיון הכללי שכל הפרטים נמצאים מתחתיו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הכותב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באיזה שלב בפירוק השאלה מקיפים מילות שאלה כמו מה, מי, מדוע?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קוראים את השאלה עד הסוף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מסמנים את מילות השאלה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מבצעים ובודקים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 השאלה כבר מספרת לי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מש״ה כוללים מילון, שורש והקשר.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בשלב 'תוך כדי קריאה' מסכמים את הרעיון המרכזי במשפט אחד.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הקישור 'למרות' מבטאת ניגוד.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תעודת זהות של טקסט כוללת כותרת, במה, מוען, נמען ותאריך.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קריאת הטקסט ממלאים __________ של הטקסט, הכוללת כותרת, במה, מוען, נמען ותאריך.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מילים כמו 'כי', 'מפני ש' ו'בגלל' מציינות יחס של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בשלב __________ הקריאה מסמנים מילים קשות ועוצרים בסוף כל פסקה.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כדי לפענח מילה לא מוכרת אפשר להיעזר במילון, ב__________ המילה או בהקשר.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מנסחים את הרעיון המרכזי במשפט אחד, __________ דוגמאות.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קטגוריה למילת הקישור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הוספה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לכן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ניגוד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סיבה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בנוסף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תוצאה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למשל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דוגמה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אבל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פירוק השאלה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מקיפים מילות שאלה והוראה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מתכננים איזה סוג תשובה נדרש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תשובה ובודקים שהיא עונה על כל מה שסומן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מה השאלה כבר מספרת לנו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השאלה או ההוראה כולה, לאט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דוגמה למילה קשה מטקסט שקראתם לאחרונה, והסבירו איך פתרתם אותה בעזרת אחד מכלי מש״ה.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שלושת כלי מש״ה?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חמשת הפרטים בתעודת זהות של טקסט?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למילת קישור שמציינת ניגוד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אסטרטגיות קריאה חכמה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