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חכם – אסטרטגיות קריאה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אסטרטגיות קריאה חכמה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בכלי מש״ה לפענוח מילים 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מיפוי טקסט לפי תעודת זהות ולפי שלבי לפני-תוך-אחרי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קישור ולזהות רעיון מרכזי ואופן פירוק 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 כתב את הטקסט, למי ומתי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הרעיון הכללי שכל הפרטים נמצאים מתחתיו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מסמנים את מילות השאלה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אלו שלושת הכלים לפענוח מילה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קורה בשלב אחרי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מצביעה על סתירה בין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אלה חמשת הפרטים בכרזה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תוך כדי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קטגוריה למילת הקישור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(בנוסף)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(למשל)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פירוק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השאלה או ההוראה כולה,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מה השאלה כבר מספרת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מקיפים מילות שאלה והוראה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מתכננים איזה סוג תשובה 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תשובה ובודקים שהיא עונה על כל מה שסומן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מילה קשה והסבר קצר איזה כלי (מילון/שורש/הקשר) עזר ולמה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מילון, שורש,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במה, מוען, נמען, תאריך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אבל / אולם / לעומת זאת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הכרזות הרלוונטיות תוך כדי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בדיון קצר על שימוש באסטרטגיות בטקסט אמיתי מהשיעור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חכם – אסטרטגיות קריאה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אסטרטגיות קריאה חכמה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דרכים שעוזרות לקרוא טוב יותר: איך פותרים מילה קשה, איך מכירים טקסט, ואיך מוצאים את הרעיון הכי חשוב.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מש״ה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מילון, שורש, הקשר – שלושה כלים לפענוח מילה 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תעודת זהות של טקסט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פרטים בסיסיים על הטקסט: כותרת, במה, מוען, נמען, תאריך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שכתב את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נמען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שהטקסט מיועד אליו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רעיונות בטקסט, כמו תמרור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רעיון מרכזי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העיקרי שכל הפרטים בטקסט קשורים אליו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הקשר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המשפטים שלפני ואחרי מילה קשה, שעוזרים לנחש את פירושה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היסוד של המילה, שעוזרות להבין את משפחת המילים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האות 'ה' אומרת במש״ה?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שואלים מה כבר יודעים על הנושא?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תוך כדי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אחרי הקריאה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בשום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מראה תוצאה?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בודקים בתעודת הזהות?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מספר המילים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כתב את הטקסט, למי ומתי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איזה צבע יש לכריכה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פסקאות יש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רעיון מרכזי?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פרט קטן בסוף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המשפט הראשון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הרעיון הכללי שכל הפרטים נמצאים מתחתיו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מקיפים מילות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את השאלה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מסמנים את מילות השאלה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מבצעים ובודקים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השאלה כבר מספרת 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מש״ה כוללים מילון, שורש והקשר.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'תוך כדי קריאה' מסכמים את הרעיון המרכזי במשפט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'למרות' מבטאת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תעודת זהות של טקסט כוללת כותרת, במה, מוען, נמען ותאריך.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קריאת הטקסט ממלאים __________ של הטקסט, הכוללת כותרת, במה, מוען, נמען ותאריך.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מילים כמו 'כי', 'מפני ש' ו'בגלל' מציינות יחס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__________ הקריאה מסמנים מילים קשות ועוצרים בסוף כל פסקה.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לפענח מילה לא מוכרת אפשר להיעזר במילון, ב__________ המילה או בהקשר.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מנסחים את הרעיון המרכזי במשפט אחד, __________ דוגמאות.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קטגוריה למילת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הוספה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בנוסף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למשל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אבל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פירוק השאלה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מה השאלה כבר מספרת לנו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תשובה ובודקים שהיא עונה על כל מה שסומן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או ההוראה כולה, לאט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מקיפים מילות שאלה והוראה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מתכננים איזה סוג תשובה נדרש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למילה קשה מטקסט שקראתם לאחרונה, והסבירו איך פתרתם אותה בעזרת אחד מכלי מש״ה.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כלי מש״ה?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חמשת הפרטים בתעודת זהות של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שמציינת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אסטרטגיות קריאה חכמה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